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8B52B" w14:textId="2296EA31" w:rsidR="00125AEB" w:rsidRDefault="00125AEB" w:rsidP="00DA7B0A">
      <w:pPr>
        <w:shd w:val="clear" w:color="auto" w:fill="FFFFFF"/>
        <w:spacing w:after="0" w:line="360" w:lineRule="exact"/>
        <w:rPr>
          <w:rFonts w:ascii="標楷體" w:eastAsia="標楷體" w:hAnsi="標楷體" w:cs="Segoe UI Historic"/>
          <w:noProof/>
          <w:color w:val="050505"/>
          <w:sz w:val="28"/>
          <w:szCs w:val="28"/>
          <w:lang w:eastAsia="zh-TW"/>
        </w:rPr>
      </w:pPr>
      <w:proofErr w:type="gramStart"/>
      <w:r w:rsidRPr="00DA7B0A">
        <w:rPr>
          <w:rFonts w:ascii="標楷體" w:eastAsia="標楷體" w:hAnsi="標楷體" w:cs="Segoe UI Historic"/>
          <w:color w:val="050505"/>
          <w:sz w:val="28"/>
          <w:szCs w:val="28"/>
          <w:lang w:eastAsia="zh-TW"/>
        </w:rPr>
        <w:t>匹克球是</w:t>
      </w:r>
      <w:proofErr w:type="gramEnd"/>
      <w:r w:rsidRPr="00DA7B0A">
        <w:rPr>
          <w:rFonts w:ascii="標楷體" w:eastAsia="標楷體" w:hAnsi="標楷體" w:cs="Segoe UI Historic"/>
          <w:color w:val="050505"/>
          <w:sz w:val="28"/>
          <w:szCs w:val="28"/>
          <w:lang w:eastAsia="zh-TW"/>
        </w:rPr>
        <w:t>一項結合桌球、羽球與網球特色的趣味球類運動，規則簡單、器材安全，非常適合國小學童學習。透過</w:t>
      </w:r>
      <w:r w:rsidRPr="00DA7B0A">
        <w:rPr>
          <w:rFonts w:ascii="標楷體" w:eastAsia="標楷體" w:hAnsi="標楷體" w:cs="Segoe UI Historic" w:hint="eastAsia"/>
          <w:color w:val="050505"/>
          <w:sz w:val="28"/>
          <w:szCs w:val="28"/>
          <w:lang w:eastAsia="zh-TW"/>
        </w:rPr>
        <w:t>社團老師</w:t>
      </w:r>
      <w:r w:rsidRPr="00DA7B0A">
        <w:rPr>
          <w:rFonts w:ascii="標楷體" w:eastAsia="標楷體" w:hAnsi="標楷體" w:cs="Segoe UI Historic"/>
          <w:color w:val="050505"/>
          <w:sz w:val="28"/>
          <w:szCs w:val="28"/>
          <w:lang w:eastAsia="zh-TW"/>
        </w:rPr>
        <w:t>帶領，從基礎動作到分組遊戲，讓孩子在運動中培養專注力、協調性與團隊合作精神。</w:t>
      </w:r>
      <w:proofErr w:type="gramStart"/>
      <w:r w:rsidRPr="00DA7B0A">
        <w:rPr>
          <w:rFonts w:ascii="標楷體" w:eastAsia="標楷體" w:hAnsi="標楷體" w:cs="Segoe UI Historic"/>
          <w:color w:val="050505"/>
          <w:sz w:val="28"/>
          <w:szCs w:val="28"/>
          <w:lang w:eastAsia="zh-TW"/>
        </w:rPr>
        <w:t>匹克球同時</w:t>
      </w:r>
      <w:proofErr w:type="gramEnd"/>
      <w:r w:rsidRPr="00DA7B0A">
        <w:rPr>
          <w:rFonts w:ascii="標楷體" w:eastAsia="標楷體" w:hAnsi="標楷體" w:cs="Segoe UI Historic"/>
          <w:color w:val="050505"/>
          <w:sz w:val="28"/>
          <w:szCs w:val="28"/>
          <w:lang w:eastAsia="zh-TW"/>
        </w:rPr>
        <w:t>訓練</w:t>
      </w:r>
      <w:r w:rsidRPr="00DA7B0A">
        <w:rPr>
          <w:rFonts w:ascii="標楷體" w:eastAsia="標楷體" w:hAnsi="標楷體" w:cs="Segoe UI Historic" w:hint="eastAsia"/>
          <w:noProof/>
          <w:color w:val="050505"/>
          <w:sz w:val="28"/>
          <w:szCs w:val="28"/>
          <w:lang w:eastAsia="zh-TW"/>
        </w:rPr>
        <w:drawing>
          <wp:inline distT="0" distB="0" distL="0" distR="0" wp14:anchorId="472B04D1" wp14:editId="5864A9BB">
            <wp:extent cx="152400" cy="152400"/>
            <wp:effectExtent l="0" t="0" r="0" b="0"/>
            <wp:docPr id="5" name="圖片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B0A">
        <w:rPr>
          <w:rFonts w:ascii="標楷體" w:eastAsia="標楷體" w:hAnsi="標楷體" w:cs="Segoe UI Historic"/>
          <w:color w:val="050505"/>
          <w:sz w:val="28"/>
          <w:szCs w:val="28"/>
          <w:lang w:eastAsia="zh-TW"/>
        </w:rPr>
        <w:t>反應力</w:t>
      </w:r>
      <w:r w:rsidRPr="00DA7B0A">
        <w:rPr>
          <w:rFonts w:ascii="標楷體" w:eastAsia="標楷體" w:hAnsi="標楷體" w:cs="Segoe UI Historic" w:hint="eastAsia"/>
          <w:noProof/>
          <w:color w:val="050505"/>
          <w:sz w:val="28"/>
          <w:szCs w:val="28"/>
          <w:lang w:eastAsia="zh-TW"/>
        </w:rPr>
        <w:drawing>
          <wp:inline distT="0" distB="0" distL="0" distR="0" wp14:anchorId="28D042AD" wp14:editId="589AB539">
            <wp:extent cx="152400" cy="152400"/>
            <wp:effectExtent l="0" t="0" r="0" b="0"/>
            <wp:docPr id="6" name="圖片 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B0A">
        <w:rPr>
          <w:rFonts w:ascii="標楷體" w:eastAsia="標楷體" w:hAnsi="標楷體" w:cs="Segoe UI Historic"/>
          <w:color w:val="050505"/>
          <w:sz w:val="28"/>
          <w:szCs w:val="28"/>
          <w:lang w:eastAsia="zh-TW"/>
        </w:rPr>
        <w:t>專注力</w:t>
      </w:r>
      <w:r w:rsidRPr="00DA7B0A">
        <w:rPr>
          <w:rFonts w:ascii="標楷體" w:eastAsia="標楷體" w:hAnsi="標楷體" w:cs="Segoe UI Historic" w:hint="eastAsia"/>
          <w:noProof/>
          <w:color w:val="050505"/>
          <w:sz w:val="28"/>
          <w:szCs w:val="28"/>
          <w:lang w:eastAsia="zh-TW"/>
        </w:rPr>
        <w:drawing>
          <wp:inline distT="0" distB="0" distL="0" distR="0" wp14:anchorId="42272565" wp14:editId="72D27DC9">
            <wp:extent cx="152400" cy="152400"/>
            <wp:effectExtent l="0" t="0" r="0" b="0"/>
            <wp:docPr id="7" name="圖片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B0A">
        <w:rPr>
          <w:rFonts w:ascii="標楷體" w:eastAsia="標楷體" w:hAnsi="標楷體" w:cs="Segoe UI Historic"/>
          <w:color w:val="050505"/>
          <w:sz w:val="28"/>
          <w:szCs w:val="28"/>
          <w:lang w:eastAsia="zh-TW"/>
        </w:rPr>
        <w:t>身體協調性</w:t>
      </w:r>
      <w:r w:rsidRPr="00DA7B0A">
        <w:rPr>
          <w:rFonts w:ascii="標楷體" w:eastAsia="標楷體" w:hAnsi="標楷體" w:cs="Segoe UI Historic" w:hint="eastAsia"/>
          <w:color w:val="050505"/>
          <w:sz w:val="28"/>
          <w:szCs w:val="28"/>
          <w:lang w:eastAsia="zh-TW"/>
        </w:rPr>
        <w:t>，</w:t>
      </w:r>
      <w:r w:rsidRPr="00DA7B0A">
        <w:rPr>
          <w:rFonts w:ascii="標楷體" w:eastAsia="標楷體" w:hAnsi="標楷體" w:cs="Segoe UI Historic"/>
          <w:color w:val="050505"/>
          <w:sz w:val="28"/>
          <w:szCs w:val="28"/>
          <w:lang w:eastAsia="zh-TW"/>
        </w:rPr>
        <w:t xml:space="preserve">球拍輕、規則簡單、超容易上手，讓可愛的小朋友們在 安全又開心的環境中快速進步 </w:t>
      </w:r>
      <w:r w:rsidRPr="00DA7B0A">
        <w:rPr>
          <w:rFonts w:ascii="標楷體" w:eastAsia="標楷體" w:hAnsi="標楷體" w:cs="Segoe UI Historic" w:hint="eastAsia"/>
          <w:noProof/>
          <w:color w:val="050505"/>
          <w:sz w:val="28"/>
          <w:szCs w:val="28"/>
          <w:lang w:eastAsia="zh-TW"/>
        </w:rPr>
        <w:t>。</w:t>
      </w:r>
    </w:p>
    <w:p w14:paraId="5204945C" w14:textId="77777777" w:rsidR="003153B5" w:rsidRDefault="003153B5" w:rsidP="00DA7B0A">
      <w:pPr>
        <w:spacing w:line="260" w:lineRule="exact"/>
        <w:rPr>
          <w:rFonts w:ascii="標楷體" w:eastAsia="標楷體" w:hAnsi="標楷體"/>
          <w:sz w:val="28"/>
          <w:szCs w:val="28"/>
          <w:lang w:eastAsia="zh-TW"/>
        </w:rPr>
      </w:pPr>
    </w:p>
    <w:p w14:paraId="3BDED429" w14:textId="58F88B4B" w:rsidR="00FC39E6" w:rsidRPr="00DA7B0A" w:rsidRDefault="00522238" w:rsidP="00DA7B0A">
      <w:pPr>
        <w:spacing w:line="26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DA7B0A">
        <w:rPr>
          <w:rFonts w:ascii="標楷體" w:eastAsia="標楷體" w:hAnsi="標楷體" w:hint="eastAsia"/>
          <w:sz w:val="28"/>
          <w:szCs w:val="28"/>
          <w:lang w:eastAsia="zh-TW"/>
        </w:rPr>
        <w:t>1.</w:t>
      </w:r>
      <w:r w:rsidR="00125AEB" w:rsidRPr="00DA7B0A">
        <w:rPr>
          <w:rFonts w:ascii="標楷體" w:eastAsia="標楷體" w:hAnsi="標楷體" w:hint="eastAsia"/>
          <w:sz w:val="28"/>
          <w:szCs w:val="28"/>
          <w:lang w:eastAsia="zh-TW"/>
        </w:rPr>
        <w:t>招生</w:t>
      </w:r>
      <w:r w:rsidR="00FC39E6" w:rsidRPr="00DA7B0A">
        <w:rPr>
          <w:rFonts w:ascii="標楷體" w:eastAsia="標楷體" w:hAnsi="標楷體"/>
          <w:sz w:val="28"/>
          <w:szCs w:val="28"/>
          <w:lang w:eastAsia="zh-TW"/>
        </w:rPr>
        <w:t>對象：</w:t>
      </w:r>
      <w:r w:rsidR="00125AEB" w:rsidRPr="00DA7B0A">
        <w:rPr>
          <w:rFonts w:ascii="標楷體" w:eastAsia="標楷體" w:hAnsi="標楷體" w:hint="eastAsia"/>
          <w:sz w:val="28"/>
          <w:szCs w:val="28"/>
          <w:lang w:eastAsia="zh-TW"/>
        </w:rPr>
        <w:t>本校</w:t>
      </w:r>
      <w:proofErr w:type="gramStart"/>
      <w:r w:rsidR="00125AEB" w:rsidRPr="00DA7B0A">
        <w:rPr>
          <w:rFonts w:ascii="標楷體" w:eastAsia="標楷體" w:hAnsi="標楷體" w:hint="eastAsia"/>
          <w:sz w:val="28"/>
          <w:szCs w:val="28"/>
          <w:lang w:eastAsia="zh-TW"/>
        </w:rPr>
        <w:t>三</w:t>
      </w:r>
      <w:proofErr w:type="gramEnd"/>
      <w:r w:rsidR="00125AEB" w:rsidRPr="00DA7B0A">
        <w:rPr>
          <w:rFonts w:ascii="標楷體" w:eastAsia="標楷體" w:hAnsi="標楷體" w:hint="eastAsia"/>
          <w:sz w:val="28"/>
          <w:szCs w:val="28"/>
          <w:lang w:eastAsia="zh-TW"/>
        </w:rPr>
        <w:t>年級</w:t>
      </w:r>
      <w:proofErr w:type="gramStart"/>
      <w:r w:rsidR="00FC39E6" w:rsidRPr="00DA7B0A">
        <w:rPr>
          <w:rFonts w:ascii="標楷體" w:eastAsia="標楷體" w:hAnsi="標楷體"/>
          <w:sz w:val="28"/>
          <w:szCs w:val="28"/>
          <w:lang w:eastAsia="zh-TW"/>
        </w:rPr>
        <w:t>對匹克球</w:t>
      </w:r>
      <w:proofErr w:type="gramEnd"/>
      <w:r w:rsidR="00FC39E6" w:rsidRPr="00DA7B0A">
        <w:rPr>
          <w:rFonts w:ascii="標楷體" w:eastAsia="標楷體" w:hAnsi="標楷體"/>
          <w:sz w:val="28"/>
          <w:szCs w:val="28"/>
          <w:lang w:eastAsia="zh-TW"/>
        </w:rPr>
        <w:t>有興趣的學生，無需基礎經驗</w:t>
      </w:r>
    </w:p>
    <w:p w14:paraId="49F5DF10" w14:textId="6FDA0CD5" w:rsidR="00522238" w:rsidRPr="00DA7B0A" w:rsidRDefault="00522238" w:rsidP="00DA7B0A">
      <w:pPr>
        <w:spacing w:line="26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DA7B0A">
        <w:rPr>
          <w:rFonts w:ascii="標楷體" w:eastAsia="標楷體" w:hAnsi="標楷體" w:hint="eastAsia"/>
          <w:sz w:val="28"/>
          <w:szCs w:val="28"/>
          <w:lang w:eastAsia="zh-TW"/>
        </w:rPr>
        <w:t>2.招生時間：即日起~115年9月1</w:t>
      </w:r>
      <w:r w:rsidR="003153B5">
        <w:rPr>
          <w:rFonts w:ascii="標楷體" w:eastAsia="標楷體" w:hAnsi="標楷體" w:hint="eastAsia"/>
          <w:sz w:val="28"/>
          <w:szCs w:val="28"/>
          <w:lang w:eastAsia="zh-TW"/>
        </w:rPr>
        <w:t>8</w:t>
      </w:r>
      <w:r w:rsidRPr="00DA7B0A">
        <w:rPr>
          <w:rFonts w:ascii="標楷體" w:eastAsia="標楷體" w:hAnsi="標楷體" w:hint="eastAsia"/>
          <w:sz w:val="28"/>
          <w:szCs w:val="28"/>
          <w:lang w:eastAsia="zh-TW"/>
        </w:rPr>
        <w:t>日(星期五)放學時間截止</w:t>
      </w:r>
    </w:p>
    <w:p w14:paraId="6E7DEF53" w14:textId="65106FA7" w:rsidR="00FC39E6" w:rsidRPr="00DA7B0A" w:rsidRDefault="00522238" w:rsidP="00DA7B0A">
      <w:pPr>
        <w:spacing w:line="26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DA7B0A">
        <w:rPr>
          <w:rFonts w:ascii="標楷體" w:eastAsia="標楷體" w:hAnsi="標楷體" w:hint="eastAsia"/>
          <w:sz w:val="28"/>
          <w:szCs w:val="28"/>
          <w:lang w:eastAsia="zh-TW"/>
        </w:rPr>
        <w:t>3.</w:t>
      </w:r>
      <w:r w:rsidR="00CD7733" w:rsidRPr="00DA7B0A">
        <w:rPr>
          <w:rFonts w:ascii="標楷體" w:eastAsia="標楷體" w:hAnsi="標楷體"/>
          <w:sz w:val="28"/>
          <w:szCs w:val="28"/>
          <w:lang w:eastAsia="zh-TW"/>
        </w:rPr>
        <w:t>訓練內容：學習基本技巧</w:t>
      </w:r>
      <w:r w:rsidR="00CD7733" w:rsidRPr="00DA7B0A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CD7733" w:rsidRPr="00DA7B0A">
        <w:rPr>
          <w:rFonts w:ascii="標楷體" w:eastAsia="標楷體" w:hAnsi="標楷體"/>
          <w:sz w:val="28"/>
          <w:szCs w:val="28"/>
          <w:lang w:eastAsia="zh-TW"/>
        </w:rPr>
        <w:t>戰術應用</w:t>
      </w:r>
      <w:r w:rsidR="00CD7733" w:rsidRPr="00DA7B0A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FC39E6" w:rsidRPr="00DA7B0A">
        <w:rPr>
          <w:rFonts w:ascii="標楷體" w:eastAsia="標楷體" w:hAnsi="標楷體"/>
          <w:sz w:val="28"/>
          <w:szCs w:val="28"/>
          <w:lang w:eastAsia="zh-TW"/>
        </w:rPr>
        <w:t>提升球感與團隊合作能力</w:t>
      </w:r>
    </w:p>
    <w:p w14:paraId="70533976" w14:textId="6FF592A7" w:rsidR="00176275" w:rsidRPr="00DA7B0A" w:rsidRDefault="00522238" w:rsidP="00DA7B0A">
      <w:pPr>
        <w:spacing w:line="26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DA7B0A">
        <w:rPr>
          <w:rFonts w:ascii="標楷體" w:eastAsia="標楷體" w:hAnsi="標楷體" w:hint="eastAsia"/>
          <w:sz w:val="28"/>
          <w:szCs w:val="28"/>
          <w:lang w:eastAsia="zh-TW"/>
        </w:rPr>
        <w:t>4.</w:t>
      </w:r>
      <w:r w:rsidR="00FC39E6" w:rsidRPr="00DA7B0A">
        <w:rPr>
          <w:rFonts w:ascii="標楷體" w:eastAsia="標楷體" w:hAnsi="標楷體"/>
          <w:sz w:val="28"/>
          <w:szCs w:val="28"/>
          <w:lang w:eastAsia="zh-TW"/>
        </w:rPr>
        <w:t>報名方式：</w:t>
      </w:r>
      <w:r w:rsidR="00125AEB" w:rsidRPr="00DA7B0A">
        <w:rPr>
          <w:rFonts w:ascii="標楷體" w:eastAsia="標楷體" w:hAnsi="標楷體" w:hint="eastAsia"/>
          <w:sz w:val="28"/>
          <w:szCs w:val="28"/>
          <w:lang w:eastAsia="zh-TW"/>
        </w:rPr>
        <w:t>填完</w:t>
      </w:r>
      <w:r w:rsidR="00CD7733" w:rsidRPr="00DA7B0A">
        <w:rPr>
          <w:rFonts w:ascii="標楷體" w:eastAsia="標楷體" w:hAnsi="標楷體"/>
          <w:sz w:val="28"/>
          <w:szCs w:val="28"/>
          <w:lang w:eastAsia="zh-TW"/>
        </w:rPr>
        <w:t>報</w:t>
      </w:r>
      <w:r w:rsidR="00CD7733" w:rsidRPr="00DA7B0A">
        <w:rPr>
          <w:rFonts w:ascii="標楷體" w:eastAsia="標楷體" w:hAnsi="標楷體" w:hint="eastAsia"/>
          <w:sz w:val="28"/>
          <w:szCs w:val="28"/>
          <w:lang w:eastAsia="zh-TW"/>
        </w:rPr>
        <w:t>名</w:t>
      </w:r>
      <w:r w:rsidR="00125AEB" w:rsidRPr="00DA7B0A">
        <w:rPr>
          <w:rFonts w:ascii="標楷體" w:eastAsia="標楷體" w:hAnsi="標楷體" w:hint="eastAsia"/>
          <w:sz w:val="28"/>
          <w:szCs w:val="28"/>
          <w:lang w:eastAsia="zh-TW"/>
        </w:rPr>
        <w:t>表繳交至學</w:t>
      </w:r>
      <w:proofErr w:type="gramStart"/>
      <w:r w:rsidR="00125AEB" w:rsidRPr="00DA7B0A">
        <w:rPr>
          <w:rFonts w:ascii="標楷體" w:eastAsia="標楷體" w:hAnsi="標楷體" w:hint="eastAsia"/>
          <w:sz w:val="28"/>
          <w:szCs w:val="28"/>
          <w:lang w:eastAsia="zh-TW"/>
        </w:rPr>
        <w:t>務</w:t>
      </w:r>
      <w:proofErr w:type="gramEnd"/>
      <w:r w:rsidR="00125AEB" w:rsidRPr="00DA7B0A">
        <w:rPr>
          <w:rFonts w:ascii="標楷體" w:eastAsia="標楷體" w:hAnsi="標楷體" w:hint="eastAsia"/>
          <w:sz w:val="28"/>
          <w:szCs w:val="28"/>
          <w:lang w:eastAsia="zh-TW"/>
        </w:rPr>
        <w:t>處體育組</w:t>
      </w:r>
    </w:p>
    <w:p w14:paraId="43D05CE0" w14:textId="3D5CC547" w:rsidR="00176275" w:rsidRPr="00DA7B0A" w:rsidRDefault="00522238" w:rsidP="00DA7B0A">
      <w:pPr>
        <w:spacing w:line="26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DA7B0A">
        <w:rPr>
          <w:rFonts w:ascii="標楷體" w:eastAsia="標楷體" w:hAnsi="標楷體" w:hint="eastAsia"/>
          <w:sz w:val="28"/>
          <w:szCs w:val="28"/>
          <w:lang w:eastAsia="zh-TW"/>
        </w:rPr>
        <w:t>5.</w:t>
      </w:r>
      <w:r w:rsidR="00FC39E6" w:rsidRPr="00DA7B0A">
        <w:rPr>
          <w:rFonts w:ascii="標楷體" w:eastAsia="標楷體" w:hAnsi="標楷體" w:hint="eastAsia"/>
          <w:sz w:val="28"/>
          <w:szCs w:val="28"/>
          <w:lang w:eastAsia="zh-TW"/>
        </w:rPr>
        <w:t>練習</w:t>
      </w:r>
      <w:r w:rsidR="00FC39E6" w:rsidRPr="00DA7B0A">
        <w:rPr>
          <w:rFonts w:ascii="標楷體" w:eastAsia="標楷體" w:hAnsi="標楷體"/>
          <w:sz w:val="28"/>
          <w:szCs w:val="28"/>
          <w:lang w:eastAsia="zh-TW"/>
        </w:rPr>
        <w:t>時間：</w:t>
      </w:r>
      <w:r w:rsidR="00FC39E6" w:rsidRPr="00DA7B0A">
        <w:rPr>
          <w:rFonts w:ascii="標楷體" w:eastAsia="標楷體" w:hAnsi="標楷體" w:hint="eastAsia"/>
          <w:sz w:val="28"/>
          <w:szCs w:val="28"/>
          <w:lang w:eastAsia="zh-TW"/>
        </w:rPr>
        <w:t>星期一</w:t>
      </w:r>
      <w:r w:rsidR="00125AEB" w:rsidRPr="00DA7B0A">
        <w:rPr>
          <w:rFonts w:ascii="標楷體" w:eastAsia="標楷體" w:hAnsi="標楷體" w:hint="eastAsia"/>
          <w:sz w:val="28"/>
          <w:szCs w:val="28"/>
          <w:lang w:eastAsia="zh-TW"/>
        </w:rPr>
        <w:t>~星期四</w:t>
      </w:r>
      <w:r w:rsidR="00FC39E6" w:rsidRPr="00DA7B0A">
        <w:rPr>
          <w:rFonts w:ascii="標楷體" w:eastAsia="標楷體" w:hAnsi="標楷體" w:hint="eastAsia"/>
          <w:sz w:val="28"/>
          <w:szCs w:val="28"/>
          <w:lang w:eastAsia="zh-TW"/>
        </w:rPr>
        <w:t>上午7:55-8:35</w:t>
      </w:r>
      <w:r w:rsidR="00125AEB" w:rsidRPr="00DA7B0A">
        <w:rPr>
          <w:rFonts w:ascii="標楷體" w:eastAsia="標楷體" w:hAnsi="標楷體" w:hint="eastAsia"/>
          <w:sz w:val="28"/>
          <w:szCs w:val="28"/>
          <w:lang w:eastAsia="zh-TW"/>
        </w:rPr>
        <w:t>，請小朋友</w:t>
      </w:r>
      <w:r w:rsidR="002A3DEF" w:rsidRPr="00DA7B0A">
        <w:rPr>
          <w:rFonts w:ascii="標楷體" w:eastAsia="標楷體" w:hAnsi="標楷體"/>
          <w:sz w:val="28"/>
          <w:szCs w:val="28"/>
          <w:lang w:eastAsia="zh-TW"/>
        </w:rPr>
        <w:t>須準時參與</w:t>
      </w:r>
    </w:p>
    <w:p w14:paraId="46C10AE4" w14:textId="78941C59" w:rsidR="00894A71" w:rsidRPr="00DA7B0A" w:rsidRDefault="00894A71" w:rsidP="00DA7B0A">
      <w:pPr>
        <w:spacing w:line="26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DA7B0A">
        <w:rPr>
          <w:rFonts w:ascii="標楷體" w:eastAsia="標楷體" w:hAnsi="標楷體" w:hint="eastAsia"/>
          <w:sz w:val="28"/>
          <w:szCs w:val="28"/>
          <w:lang w:eastAsia="zh-TW"/>
        </w:rPr>
        <w:t>6.招生人數：</w:t>
      </w:r>
      <w:r w:rsidR="00DA7B0A" w:rsidRPr="00DA7B0A">
        <w:rPr>
          <w:rFonts w:ascii="標楷體" w:eastAsia="標楷體" w:hAnsi="標楷體" w:hint="eastAsia"/>
          <w:sz w:val="28"/>
          <w:szCs w:val="28"/>
          <w:lang w:eastAsia="zh-TW"/>
        </w:rPr>
        <w:t>招收</w:t>
      </w:r>
      <w:r w:rsidRPr="00DA7B0A">
        <w:rPr>
          <w:rFonts w:ascii="標楷體" w:eastAsia="標楷體" w:hAnsi="標楷體" w:hint="eastAsia"/>
          <w:sz w:val="28"/>
          <w:szCs w:val="28"/>
          <w:lang w:eastAsia="zh-TW"/>
        </w:rPr>
        <w:t>男生10位、女生10位</w:t>
      </w:r>
    </w:p>
    <w:p w14:paraId="702FAEB6" w14:textId="1DCCE84D" w:rsidR="00894A71" w:rsidRPr="00DA7B0A" w:rsidRDefault="00894A71" w:rsidP="00DA7B0A">
      <w:pPr>
        <w:spacing w:line="260" w:lineRule="exact"/>
        <w:rPr>
          <w:rFonts w:ascii="標楷體" w:eastAsia="標楷體" w:hAnsi="標楷體" w:hint="eastAsia"/>
          <w:sz w:val="28"/>
          <w:szCs w:val="28"/>
          <w:lang w:eastAsia="zh-TW"/>
        </w:rPr>
      </w:pPr>
      <w:r w:rsidRPr="00DA7B0A">
        <w:rPr>
          <w:rFonts w:ascii="標楷體" w:eastAsia="標楷體" w:hAnsi="標楷體" w:hint="eastAsia"/>
          <w:sz w:val="28"/>
          <w:szCs w:val="28"/>
          <w:lang w:eastAsia="zh-TW"/>
        </w:rPr>
        <w:t>7.甄選</w:t>
      </w:r>
      <w:r w:rsidR="003153B5">
        <w:rPr>
          <w:rFonts w:ascii="標楷體" w:eastAsia="標楷體" w:hAnsi="標楷體" w:hint="eastAsia"/>
          <w:sz w:val="28"/>
          <w:szCs w:val="28"/>
          <w:lang w:eastAsia="zh-TW"/>
        </w:rPr>
        <w:t>方式</w:t>
      </w:r>
      <w:r w:rsidRPr="00DA7B0A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3153B5">
        <w:rPr>
          <w:rFonts w:ascii="標楷體" w:eastAsia="標楷體" w:hAnsi="標楷體" w:hint="eastAsia"/>
          <w:sz w:val="28"/>
          <w:szCs w:val="28"/>
          <w:lang w:eastAsia="zh-TW"/>
        </w:rPr>
        <w:t>如報名人數超出招收人數，擇日</w:t>
      </w:r>
      <w:proofErr w:type="gramStart"/>
      <w:r w:rsidR="003153B5">
        <w:rPr>
          <w:rFonts w:ascii="標楷體" w:eastAsia="標楷體" w:hAnsi="標楷體" w:hint="eastAsia"/>
          <w:sz w:val="28"/>
          <w:szCs w:val="28"/>
          <w:lang w:eastAsia="zh-TW"/>
        </w:rPr>
        <w:t>採</w:t>
      </w:r>
      <w:proofErr w:type="gramEnd"/>
      <w:r w:rsidR="003153B5">
        <w:rPr>
          <w:rFonts w:ascii="標楷體" w:eastAsia="標楷體" w:hAnsi="標楷體" w:hint="eastAsia"/>
          <w:sz w:val="28"/>
          <w:szCs w:val="28"/>
          <w:lang w:eastAsia="zh-TW"/>
        </w:rPr>
        <w:t>基本體能測驗。</w:t>
      </w:r>
    </w:p>
    <w:p w14:paraId="2B87E4B4" w14:textId="7193E0D5" w:rsidR="00176275" w:rsidRPr="00DA7B0A" w:rsidRDefault="00DA7B0A" w:rsidP="00DA7B0A">
      <w:pPr>
        <w:spacing w:line="26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DA7B0A">
        <w:rPr>
          <w:rFonts w:ascii="標楷體" w:eastAsia="標楷體" w:hAnsi="標楷體" w:hint="eastAsia"/>
          <w:sz w:val="28"/>
          <w:szCs w:val="28"/>
          <w:lang w:eastAsia="zh-TW"/>
        </w:rPr>
        <w:t>8</w:t>
      </w:r>
      <w:r w:rsidR="00522238" w:rsidRPr="00DA7B0A">
        <w:rPr>
          <w:rFonts w:ascii="標楷體" w:eastAsia="標楷體" w:hAnsi="標楷體" w:hint="eastAsia"/>
          <w:sz w:val="28"/>
          <w:szCs w:val="28"/>
          <w:lang w:eastAsia="zh-TW"/>
        </w:rPr>
        <w:t>.</w:t>
      </w:r>
      <w:r w:rsidR="00FC39E6" w:rsidRPr="00DA7B0A">
        <w:rPr>
          <w:rFonts w:ascii="標楷體" w:eastAsia="標楷體" w:hAnsi="標楷體"/>
          <w:sz w:val="28"/>
          <w:szCs w:val="28"/>
          <w:lang w:eastAsia="zh-TW"/>
        </w:rPr>
        <w:t>費用：</w:t>
      </w:r>
      <w:r w:rsidR="00FC39E6" w:rsidRPr="00DA7B0A">
        <w:rPr>
          <w:rFonts w:ascii="標楷體" w:eastAsia="標楷體" w:hAnsi="標楷體" w:hint="eastAsia"/>
          <w:sz w:val="28"/>
          <w:szCs w:val="28"/>
          <w:lang w:eastAsia="zh-TW"/>
        </w:rPr>
        <w:t>無</w:t>
      </w:r>
      <w:r w:rsidR="00125AEB" w:rsidRPr="00DA7B0A">
        <w:rPr>
          <w:rFonts w:ascii="標楷體" w:eastAsia="標楷體" w:hAnsi="標楷體" w:hint="eastAsia"/>
          <w:sz w:val="28"/>
          <w:szCs w:val="28"/>
          <w:lang w:eastAsia="zh-TW"/>
        </w:rPr>
        <w:t>須費用</w:t>
      </w:r>
    </w:p>
    <w:p w14:paraId="23965066" w14:textId="1AA414FD" w:rsidR="00E34D62" w:rsidRPr="00DA7B0A" w:rsidRDefault="00DA7B0A" w:rsidP="00DA7B0A">
      <w:pPr>
        <w:spacing w:line="26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DA7B0A">
        <w:rPr>
          <w:rFonts w:ascii="標楷體" w:eastAsia="標楷體" w:hAnsi="標楷體" w:hint="eastAsia"/>
          <w:sz w:val="28"/>
          <w:szCs w:val="28"/>
          <w:lang w:eastAsia="zh-TW"/>
        </w:rPr>
        <w:t>9</w:t>
      </w:r>
      <w:r w:rsidR="00E34D62" w:rsidRPr="00DA7B0A">
        <w:rPr>
          <w:rFonts w:ascii="標楷體" w:eastAsia="標楷體" w:hAnsi="標楷體" w:hint="eastAsia"/>
          <w:sz w:val="28"/>
          <w:szCs w:val="28"/>
          <w:lang w:eastAsia="zh-TW"/>
        </w:rPr>
        <w:t>.指導教師：本校體育教師</w:t>
      </w:r>
    </w:p>
    <w:p w14:paraId="175D9360" w14:textId="77E35147" w:rsidR="00176275" w:rsidRPr="00DA7B0A" w:rsidRDefault="00DA7B0A" w:rsidP="00DA7B0A">
      <w:pPr>
        <w:spacing w:line="26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DA7B0A">
        <w:rPr>
          <w:rFonts w:ascii="標楷體" w:eastAsia="標楷體" w:hAnsi="標楷體" w:hint="eastAsia"/>
          <w:sz w:val="28"/>
          <w:szCs w:val="28"/>
          <w:lang w:eastAsia="zh-TW"/>
        </w:rPr>
        <w:t>10</w:t>
      </w:r>
      <w:r w:rsidR="00522238" w:rsidRPr="00DA7B0A">
        <w:rPr>
          <w:rFonts w:ascii="標楷體" w:eastAsia="標楷體" w:hAnsi="標楷體" w:hint="eastAsia"/>
          <w:sz w:val="28"/>
          <w:szCs w:val="28"/>
          <w:lang w:eastAsia="zh-TW"/>
        </w:rPr>
        <w:t>.</w:t>
      </w:r>
      <w:r w:rsidR="002A3DEF" w:rsidRPr="00DA7B0A">
        <w:rPr>
          <w:rFonts w:ascii="標楷體" w:eastAsia="標楷體" w:hAnsi="標楷體"/>
          <w:sz w:val="28"/>
          <w:szCs w:val="28"/>
          <w:lang w:eastAsia="zh-TW"/>
        </w:rPr>
        <w:t>學員義務：準時出席</w:t>
      </w:r>
      <w:r w:rsidR="00CD7733" w:rsidRPr="00DA7B0A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2A3DEF" w:rsidRPr="00DA7B0A">
        <w:rPr>
          <w:rFonts w:ascii="標楷體" w:eastAsia="標楷體" w:hAnsi="標楷體"/>
          <w:sz w:val="28"/>
          <w:szCs w:val="28"/>
          <w:lang w:eastAsia="zh-TW"/>
        </w:rPr>
        <w:t>認真訓練</w:t>
      </w:r>
      <w:r w:rsidR="00CD7733" w:rsidRPr="00DA7B0A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2A3DEF" w:rsidRPr="00DA7B0A">
        <w:rPr>
          <w:rFonts w:ascii="標楷體" w:eastAsia="標楷體" w:hAnsi="標楷體"/>
          <w:sz w:val="28"/>
          <w:szCs w:val="28"/>
          <w:lang w:eastAsia="zh-TW"/>
        </w:rPr>
        <w:t>尊重教練與隊友</w:t>
      </w:r>
    </w:p>
    <w:p w14:paraId="7BEB9660" w14:textId="1422B443" w:rsidR="00FC39E6" w:rsidRPr="00DA7B0A" w:rsidRDefault="00DA7B0A" w:rsidP="00DA7B0A">
      <w:pPr>
        <w:spacing w:line="26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DA7B0A">
        <w:rPr>
          <w:rFonts w:ascii="標楷體" w:eastAsia="標楷體" w:hAnsi="標楷體" w:hint="eastAsia"/>
          <w:sz w:val="28"/>
          <w:szCs w:val="28"/>
          <w:lang w:eastAsia="zh-TW"/>
        </w:rPr>
        <w:t>11</w:t>
      </w:r>
      <w:r w:rsidR="00522238" w:rsidRPr="00DA7B0A">
        <w:rPr>
          <w:rFonts w:ascii="標楷體" w:eastAsia="標楷體" w:hAnsi="標楷體" w:hint="eastAsia"/>
          <w:sz w:val="28"/>
          <w:szCs w:val="28"/>
          <w:lang w:eastAsia="zh-TW"/>
        </w:rPr>
        <w:t>.</w:t>
      </w:r>
      <w:r w:rsidR="002A3DEF" w:rsidRPr="00DA7B0A">
        <w:rPr>
          <w:rFonts w:ascii="標楷體" w:eastAsia="標楷體" w:hAnsi="標楷體"/>
          <w:sz w:val="28"/>
          <w:szCs w:val="28"/>
          <w:lang w:eastAsia="zh-TW"/>
        </w:rPr>
        <w:t>比賽機會：表現優異者將有機會代表學校參與各級賽事。</w:t>
      </w:r>
    </w:p>
    <w:p w14:paraId="17F4CC2D" w14:textId="0E9FC995" w:rsidR="00FC39E6" w:rsidRPr="00DA7B0A" w:rsidRDefault="00E34D62" w:rsidP="00DA7B0A">
      <w:pPr>
        <w:spacing w:line="26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DA7B0A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DA7B0A" w:rsidRPr="00DA7B0A">
        <w:rPr>
          <w:rFonts w:ascii="標楷體" w:eastAsia="標楷體" w:hAnsi="標楷體" w:hint="eastAsia"/>
          <w:sz w:val="28"/>
          <w:szCs w:val="28"/>
          <w:lang w:eastAsia="zh-TW"/>
        </w:rPr>
        <w:t>2</w:t>
      </w:r>
      <w:r w:rsidR="00522238" w:rsidRPr="00DA7B0A">
        <w:rPr>
          <w:rFonts w:ascii="標楷體" w:eastAsia="標楷體" w:hAnsi="標楷體" w:hint="eastAsia"/>
          <w:sz w:val="28"/>
          <w:szCs w:val="28"/>
          <w:lang w:eastAsia="zh-TW"/>
        </w:rPr>
        <w:t>.</w:t>
      </w:r>
      <w:proofErr w:type="gramStart"/>
      <w:r w:rsidR="00FC39E6" w:rsidRPr="00DA7B0A">
        <w:rPr>
          <w:rFonts w:ascii="標楷體" w:eastAsia="標楷體" w:hAnsi="標楷體"/>
          <w:sz w:val="28"/>
          <w:szCs w:val="28"/>
          <w:lang w:eastAsia="zh-TW"/>
        </w:rPr>
        <w:t>退社機制</w:t>
      </w:r>
      <w:proofErr w:type="gramEnd"/>
      <w:r w:rsidR="00FC39E6" w:rsidRPr="00DA7B0A">
        <w:rPr>
          <w:rFonts w:ascii="標楷體" w:eastAsia="標楷體" w:hAnsi="標楷體"/>
          <w:sz w:val="28"/>
          <w:szCs w:val="28"/>
          <w:lang w:eastAsia="zh-TW"/>
        </w:rPr>
        <w:t>：</w:t>
      </w:r>
      <w:r w:rsidR="00FC39E6" w:rsidRPr="00DA7B0A">
        <w:rPr>
          <w:rFonts w:ascii="標楷體" w:eastAsia="標楷體" w:hAnsi="標楷體" w:hint="eastAsia"/>
          <w:sz w:val="28"/>
          <w:szCs w:val="28"/>
          <w:lang w:eastAsia="zh-TW"/>
        </w:rPr>
        <w:t>無故不到三次，不遵從規勸，無法配合練習者將</w:t>
      </w:r>
      <w:proofErr w:type="gramStart"/>
      <w:r w:rsidR="00FC39E6" w:rsidRPr="00DA7B0A">
        <w:rPr>
          <w:rFonts w:ascii="標楷體" w:eastAsia="標楷體" w:hAnsi="標楷體" w:hint="eastAsia"/>
          <w:sz w:val="28"/>
          <w:szCs w:val="28"/>
          <w:lang w:eastAsia="zh-TW"/>
        </w:rPr>
        <w:t>輔導退社</w:t>
      </w:r>
      <w:proofErr w:type="gramEnd"/>
      <w:r w:rsidR="00FC39E6" w:rsidRPr="00DA7B0A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354A5862" w14:textId="12FDF0C7" w:rsidR="008159C7" w:rsidRPr="00DA7B0A" w:rsidRDefault="008159C7" w:rsidP="00DA7B0A">
      <w:pPr>
        <w:spacing w:line="26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DA7B0A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DA7B0A" w:rsidRPr="00DA7B0A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Pr="00DA7B0A">
        <w:rPr>
          <w:rFonts w:ascii="標楷體" w:eastAsia="標楷體" w:hAnsi="標楷體" w:hint="eastAsia"/>
          <w:sz w:val="28"/>
          <w:szCs w:val="28"/>
          <w:lang w:eastAsia="zh-TW"/>
        </w:rPr>
        <w:t>.對此報名簡章有疑問者</w:t>
      </w:r>
      <w:proofErr w:type="gramStart"/>
      <w:r w:rsidRPr="00DA7B0A">
        <w:rPr>
          <w:rFonts w:ascii="標楷體" w:eastAsia="標楷體" w:hAnsi="標楷體" w:hint="eastAsia"/>
          <w:sz w:val="28"/>
          <w:szCs w:val="28"/>
          <w:lang w:eastAsia="zh-TW"/>
        </w:rPr>
        <w:t>可恰學務</w:t>
      </w:r>
      <w:proofErr w:type="gramEnd"/>
      <w:r w:rsidRPr="00DA7B0A">
        <w:rPr>
          <w:rFonts w:ascii="標楷體" w:eastAsia="標楷體" w:hAnsi="標楷體" w:hint="eastAsia"/>
          <w:sz w:val="28"/>
          <w:szCs w:val="28"/>
          <w:lang w:eastAsia="zh-TW"/>
        </w:rPr>
        <w:t>處陳正瑋老師電話</w:t>
      </w:r>
      <w:r w:rsidRPr="00DA7B0A">
        <w:rPr>
          <w:rFonts w:ascii="標楷體" w:eastAsia="標楷體" w:hAnsi="標楷體"/>
          <w:sz w:val="28"/>
          <w:szCs w:val="28"/>
          <w:lang w:eastAsia="zh-TW"/>
        </w:rPr>
        <w:t>5222102#825</w:t>
      </w:r>
      <w:r w:rsidRPr="00DA7B0A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25499205" w14:textId="3E9B44D7" w:rsidR="00FC39E6" w:rsidRDefault="008159C7" w:rsidP="00DA7B0A">
      <w:pPr>
        <w:spacing w:line="26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DA7B0A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DA7B0A" w:rsidRPr="00DA7B0A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Pr="00DA7B0A">
        <w:rPr>
          <w:rFonts w:ascii="標楷體" w:eastAsia="標楷體" w:hAnsi="標楷體" w:hint="eastAsia"/>
          <w:sz w:val="28"/>
          <w:szCs w:val="28"/>
          <w:lang w:eastAsia="zh-TW"/>
        </w:rPr>
        <w:t>.</w:t>
      </w:r>
      <w:proofErr w:type="gramStart"/>
      <w:r w:rsidRPr="00DA7B0A">
        <w:rPr>
          <w:rFonts w:ascii="標楷體" w:eastAsia="標楷體" w:hAnsi="標楷體" w:hint="eastAsia"/>
          <w:sz w:val="28"/>
          <w:szCs w:val="28"/>
          <w:lang w:eastAsia="zh-TW"/>
        </w:rPr>
        <w:t>本案奉核</w:t>
      </w:r>
      <w:proofErr w:type="gramEnd"/>
      <w:r w:rsidRPr="00DA7B0A">
        <w:rPr>
          <w:rFonts w:ascii="標楷體" w:eastAsia="標楷體" w:hAnsi="標楷體" w:hint="eastAsia"/>
          <w:sz w:val="28"/>
          <w:szCs w:val="28"/>
          <w:lang w:eastAsia="zh-TW"/>
        </w:rPr>
        <w:t>後辦理</w:t>
      </w:r>
    </w:p>
    <w:p w14:paraId="1E531EAA" w14:textId="36622476" w:rsidR="003153B5" w:rsidRPr="00DA7B0A" w:rsidRDefault="003153B5" w:rsidP="00DA7B0A">
      <w:pPr>
        <w:spacing w:line="260" w:lineRule="exact"/>
        <w:rPr>
          <w:rFonts w:ascii="標楷體" w:eastAsia="標楷體" w:hAnsi="標楷體" w:hint="eastAsia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-----------------------------------------------------------------------------</w:t>
      </w:r>
    </w:p>
    <w:p w14:paraId="02D2823B" w14:textId="39E86AD6" w:rsidR="00522238" w:rsidRPr="003153B5" w:rsidRDefault="00522238" w:rsidP="00522238">
      <w:pPr>
        <w:widowControl w:val="0"/>
        <w:spacing w:after="0" w:line="240" w:lineRule="auto"/>
        <w:ind w:left="840" w:hangingChars="300" w:hanging="840"/>
        <w:jc w:val="center"/>
        <w:rPr>
          <w:rFonts w:ascii="標楷體" w:eastAsia="標楷體" w:hAnsi="標楷體" w:cs="Times New Roman"/>
          <w:bCs/>
          <w:kern w:val="2"/>
          <w:sz w:val="28"/>
          <w:szCs w:val="28"/>
          <w:lang w:eastAsia="zh-TW"/>
        </w:rPr>
      </w:pPr>
      <w:r w:rsidRPr="003153B5">
        <w:rPr>
          <w:rFonts w:ascii="標楷體" w:eastAsia="標楷體" w:hAnsi="標楷體" w:cs="Times New Roman" w:hint="eastAsia"/>
          <w:bCs/>
          <w:kern w:val="2"/>
          <w:sz w:val="28"/>
          <w:szCs w:val="28"/>
          <w:lang w:eastAsia="zh-TW"/>
        </w:rPr>
        <w:t>報名表請繳交至學</w:t>
      </w:r>
      <w:proofErr w:type="gramStart"/>
      <w:r w:rsidRPr="003153B5">
        <w:rPr>
          <w:rFonts w:ascii="標楷體" w:eastAsia="標楷體" w:hAnsi="標楷體" w:cs="Times New Roman" w:hint="eastAsia"/>
          <w:bCs/>
          <w:kern w:val="2"/>
          <w:sz w:val="28"/>
          <w:szCs w:val="28"/>
          <w:lang w:eastAsia="zh-TW"/>
        </w:rPr>
        <w:t>務</w:t>
      </w:r>
      <w:proofErr w:type="gramEnd"/>
      <w:r w:rsidRPr="003153B5">
        <w:rPr>
          <w:rFonts w:ascii="標楷體" w:eastAsia="標楷體" w:hAnsi="標楷體" w:cs="Times New Roman" w:hint="eastAsia"/>
          <w:bCs/>
          <w:kern w:val="2"/>
          <w:sz w:val="28"/>
          <w:szCs w:val="28"/>
          <w:lang w:eastAsia="zh-TW"/>
        </w:rPr>
        <w:t>處體育組</w:t>
      </w:r>
    </w:p>
    <w:tbl>
      <w:tblPr>
        <w:tblW w:w="8981" w:type="dxa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73"/>
        <w:gridCol w:w="1829"/>
        <w:gridCol w:w="788"/>
        <w:gridCol w:w="1249"/>
        <w:gridCol w:w="1487"/>
        <w:gridCol w:w="2155"/>
      </w:tblGrid>
      <w:tr w:rsidR="00522238" w:rsidRPr="00522238" w14:paraId="461115AD" w14:textId="77777777" w:rsidTr="003153B5">
        <w:trPr>
          <w:trHeight w:val="326"/>
        </w:trPr>
        <w:tc>
          <w:tcPr>
            <w:tcW w:w="8981" w:type="dxa"/>
            <w:gridSpan w:val="6"/>
            <w:vAlign w:val="center"/>
          </w:tcPr>
          <w:p w14:paraId="60DAD458" w14:textId="168181AE" w:rsidR="00522238" w:rsidRPr="00522238" w:rsidRDefault="00522238" w:rsidP="00522238">
            <w:pPr>
              <w:widowControl w:val="0"/>
              <w:spacing w:after="0" w:line="440" w:lineRule="exact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522238">
              <w:rPr>
                <w:rFonts w:ascii="標楷體" w:eastAsia="標楷體" w:hAnsi="標楷體" w:cs="標楷體" w:hint="eastAsia"/>
                <w:kern w:val="2"/>
                <w:sz w:val="24"/>
                <w:szCs w:val="24"/>
                <w:lang w:eastAsia="zh-TW"/>
              </w:rPr>
              <w:t>新竹市北區民富國民小學一一</w:t>
            </w:r>
            <w:r w:rsidRPr="008159C7">
              <w:rPr>
                <w:rFonts w:ascii="標楷體" w:eastAsia="標楷體" w:hAnsi="標楷體" w:cs="標楷體" w:hint="eastAsia"/>
                <w:kern w:val="2"/>
                <w:sz w:val="24"/>
                <w:szCs w:val="24"/>
                <w:lang w:eastAsia="zh-TW"/>
              </w:rPr>
              <w:t>五</w:t>
            </w:r>
            <w:r w:rsidRPr="00522238">
              <w:rPr>
                <w:rFonts w:ascii="標楷體" w:eastAsia="標楷體" w:hAnsi="標楷體" w:cs="標楷體" w:hint="eastAsia"/>
                <w:kern w:val="2"/>
                <w:sz w:val="24"/>
                <w:szCs w:val="24"/>
                <w:lang w:eastAsia="zh-TW"/>
              </w:rPr>
              <w:t>學年</w:t>
            </w:r>
            <w:proofErr w:type="gramStart"/>
            <w:r w:rsidRPr="00522238">
              <w:rPr>
                <w:rFonts w:ascii="標楷體" w:eastAsia="標楷體" w:hAnsi="標楷體" w:cs="標楷體" w:hint="eastAsia"/>
                <w:kern w:val="2"/>
                <w:sz w:val="24"/>
                <w:szCs w:val="24"/>
                <w:lang w:eastAsia="zh-TW"/>
              </w:rPr>
              <w:t>度</w:t>
            </w:r>
            <w:r w:rsidRPr="008159C7">
              <w:rPr>
                <w:rFonts w:ascii="標楷體" w:eastAsia="標楷體" w:hAnsi="標楷體" w:cs="標楷體" w:hint="eastAsia"/>
                <w:kern w:val="2"/>
                <w:sz w:val="24"/>
                <w:szCs w:val="24"/>
                <w:lang w:eastAsia="zh-TW"/>
              </w:rPr>
              <w:t>匹克球</w:t>
            </w:r>
            <w:proofErr w:type="gramEnd"/>
            <w:r w:rsidRPr="008159C7">
              <w:rPr>
                <w:rFonts w:ascii="標楷體" w:eastAsia="標楷體" w:hAnsi="標楷體" w:cs="標楷體" w:hint="eastAsia"/>
                <w:kern w:val="2"/>
                <w:sz w:val="24"/>
                <w:szCs w:val="24"/>
                <w:lang w:eastAsia="zh-TW"/>
              </w:rPr>
              <w:t>社團</w:t>
            </w:r>
            <w:r w:rsidRPr="00522238">
              <w:rPr>
                <w:rFonts w:ascii="標楷體" w:eastAsia="標楷體" w:hAnsi="標楷體" w:cs="標楷體" w:hint="eastAsia"/>
                <w:kern w:val="2"/>
                <w:sz w:val="24"/>
                <w:szCs w:val="24"/>
                <w:lang w:eastAsia="zh-TW"/>
              </w:rPr>
              <w:t>報名表</w:t>
            </w:r>
          </w:p>
        </w:tc>
      </w:tr>
      <w:tr w:rsidR="00522238" w:rsidRPr="00522238" w14:paraId="4E698CBB" w14:textId="77777777" w:rsidTr="003153B5">
        <w:trPr>
          <w:trHeight w:val="239"/>
        </w:trPr>
        <w:tc>
          <w:tcPr>
            <w:tcW w:w="1473" w:type="dxa"/>
            <w:vAlign w:val="center"/>
          </w:tcPr>
          <w:p w14:paraId="1879794C" w14:textId="77777777" w:rsidR="00522238" w:rsidRPr="00522238" w:rsidRDefault="00522238" w:rsidP="00522238">
            <w:pPr>
              <w:widowControl w:val="0"/>
              <w:spacing w:after="0" w:line="440" w:lineRule="exact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522238">
              <w:rPr>
                <w:rFonts w:ascii="標楷體" w:eastAsia="標楷體" w:hAnsi="標楷體" w:cs="標楷體" w:hint="eastAsia"/>
                <w:kern w:val="2"/>
                <w:sz w:val="24"/>
                <w:szCs w:val="24"/>
                <w:lang w:eastAsia="zh-TW"/>
              </w:rPr>
              <w:t>學生姓名</w:t>
            </w:r>
          </w:p>
        </w:tc>
        <w:tc>
          <w:tcPr>
            <w:tcW w:w="1829" w:type="dxa"/>
            <w:tcBorders>
              <w:right w:val="single" w:sz="4" w:space="0" w:color="auto"/>
            </w:tcBorders>
            <w:vAlign w:val="center"/>
          </w:tcPr>
          <w:p w14:paraId="072F1E39" w14:textId="77777777" w:rsidR="00522238" w:rsidRPr="00522238" w:rsidRDefault="00522238" w:rsidP="00522238">
            <w:pPr>
              <w:widowControl w:val="0"/>
              <w:spacing w:after="0" w:line="440" w:lineRule="exact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71A5E" w14:textId="77777777" w:rsidR="00522238" w:rsidRPr="00522238" w:rsidRDefault="00522238" w:rsidP="00522238">
            <w:pPr>
              <w:widowControl w:val="0"/>
              <w:spacing w:after="0" w:line="440" w:lineRule="exact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522238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班</w:t>
            </w:r>
            <w:r w:rsidRPr="00522238"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  <w:t>級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vAlign w:val="center"/>
          </w:tcPr>
          <w:p w14:paraId="66AB61B0" w14:textId="77777777" w:rsidR="00522238" w:rsidRPr="00522238" w:rsidRDefault="00522238" w:rsidP="00522238">
            <w:pPr>
              <w:widowControl w:val="0"/>
              <w:spacing w:after="0" w:line="440" w:lineRule="exact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487" w:type="dxa"/>
            <w:vAlign w:val="center"/>
          </w:tcPr>
          <w:p w14:paraId="57CF7919" w14:textId="77777777" w:rsidR="00522238" w:rsidRPr="00522238" w:rsidRDefault="00522238" w:rsidP="00522238">
            <w:pPr>
              <w:widowControl w:val="0"/>
              <w:spacing w:after="0" w:line="440" w:lineRule="exact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522238">
              <w:rPr>
                <w:rFonts w:ascii="標楷體" w:eastAsia="標楷體" w:hAnsi="標楷體" w:cs="標楷體" w:hint="eastAsia"/>
                <w:kern w:val="2"/>
                <w:sz w:val="24"/>
                <w:szCs w:val="24"/>
                <w:lang w:eastAsia="zh-TW"/>
              </w:rPr>
              <w:t>身</w:t>
            </w:r>
            <w:r w:rsidRPr="00522238">
              <w:rPr>
                <w:rFonts w:ascii="標楷體" w:eastAsia="標楷體" w:hAnsi="標楷體" w:cs="標楷體"/>
                <w:kern w:val="2"/>
                <w:sz w:val="24"/>
                <w:szCs w:val="24"/>
                <w:lang w:eastAsia="zh-TW"/>
              </w:rPr>
              <w:t>分</w:t>
            </w:r>
            <w:proofErr w:type="gramStart"/>
            <w:r w:rsidRPr="00522238">
              <w:rPr>
                <w:rFonts w:ascii="標楷體" w:eastAsia="標楷體" w:hAnsi="標楷體" w:cs="標楷體"/>
                <w:kern w:val="2"/>
                <w:sz w:val="24"/>
                <w:szCs w:val="24"/>
                <w:lang w:eastAsia="zh-TW"/>
              </w:rPr>
              <w:t>証</w:t>
            </w:r>
            <w:proofErr w:type="gramEnd"/>
            <w:r w:rsidRPr="00522238">
              <w:rPr>
                <w:rFonts w:ascii="標楷體" w:eastAsia="標楷體" w:hAnsi="標楷體" w:cs="標楷體"/>
                <w:kern w:val="2"/>
                <w:sz w:val="24"/>
                <w:szCs w:val="24"/>
                <w:lang w:eastAsia="zh-TW"/>
              </w:rPr>
              <w:t>字號</w:t>
            </w:r>
          </w:p>
        </w:tc>
        <w:tc>
          <w:tcPr>
            <w:tcW w:w="2153" w:type="dxa"/>
            <w:vAlign w:val="center"/>
          </w:tcPr>
          <w:p w14:paraId="4D659DF5" w14:textId="77777777" w:rsidR="00522238" w:rsidRPr="00522238" w:rsidRDefault="00522238" w:rsidP="00522238">
            <w:pPr>
              <w:widowControl w:val="0"/>
              <w:spacing w:after="0" w:line="440" w:lineRule="exact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</w:tr>
      <w:tr w:rsidR="00522238" w:rsidRPr="00522238" w14:paraId="0A4B2957" w14:textId="77777777" w:rsidTr="003153B5">
        <w:trPr>
          <w:trHeight w:val="234"/>
        </w:trPr>
        <w:tc>
          <w:tcPr>
            <w:tcW w:w="1473" w:type="dxa"/>
            <w:vAlign w:val="center"/>
          </w:tcPr>
          <w:p w14:paraId="4248BBC6" w14:textId="77777777" w:rsidR="00522238" w:rsidRPr="00522238" w:rsidRDefault="00522238" w:rsidP="00522238">
            <w:pPr>
              <w:widowControl w:val="0"/>
              <w:spacing w:after="0" w:line="440" w:lineRule="exac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  <w:lang w:eastAsia="zh-TW"/>
              </w:rPr>
            </w:pPr>
            <w:r w:rsidRPr="00522238">
              <w:rPr>
                <w:rFonts w:ascii="標楷體" w:eastAsia="標楷體" w:hAnsi="標楷體" w:cs="標楷體" w:hint="eastAsia"/>
                <w:kern w:val="2"/>
                <w:sz w:val="24"/>
                <w:szCs w:val="24"/>
                <w:lang w:eastAsia="zh-TW"/>
              </w:rPr>
              <w:t>住</w:t>
            </w:r>
            <w:r w:rsidRPr="00522238">
              <w:rPr>
                <w:rFonts w:ascii="標楷體" w:eastAsia="標楷體" w:hAnsi="標楷體" w:cs="標楷體"/>
                <w:kern w:val="2"/>
                <w:sz w:val="24"/>
                <w:szCs w:val="24"/>
                <w:lang w:eastAsia="zh-TW"/>
              </w:rPr>
              <w:t>址</w:t>
            </w:r>
          </w:p>
        </w:tc>
        <w:tc>
          <w:tcPr>
            <w:tcW w:w="7507" w:type="dxa"/>
            <w:gridSpan w:val="5"/>
            <w:vAlign w:val="center"/>
          </w:tcPr>
          <w:p w14:paraId="7B586C99" w14:textId="77777777" w:rsidR="00522238" w:rsidRPr="00522238" w:rsidRDefault="00522238" w:rsidP="00522238">
            <w:pPr>
              <w:widowControl w:val="0"/>
              <w:spacing w:after="0" w:line="440" w:lineRule="exact"/>
              <w:ind w:firstLineChars="100" w:firstLine="240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  <w:lang w:eastAsia="zh-TW"/>
              </w:rPr>
            </w:pPr>
          </w:p>
        </w:tc>
      </w:tr>
      <w:tr w:rsidR="00522238" w:rsidRPr="00522238" w14:paraId="5D38120C" w14:textId="77777777" w:rsidTr="003153B5">
        <w:trPr>
          <w:trHeight w:val="234"/>
        </w:trPr>
        <w:tc>
          <w:tcPr>
            <w:tcW w:w="1473" w:type="dxa"/>
            <w:vAlign w:val="center"/>
          </w:tcPr>
          <w:p w14:paraId="007D968C" w14:textId="77777777" w:rsidR="00522238" w:rsidRPr="00522238" w:rsidRDefault="00522238" w:rsidP="00522238">
            <w:pPr>
              <w:widowControl w:val="0"/>
              <w:spacing w:after="0" w:line="440" w:lineRule="exact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522238">
              <w:rPr>
                <w:rFonts w:ascii="標楷體" w:eastAsia="標楷體" w:hAnsi="標楷體" w:cs="標楷體" w:hint="eastAsia"/>
                <w:kern w:val="2"/>
                <w:sz w:val="24"/>
                <w:szCs w:val="24"/>
                <w:lang w:eastAsia="zh-TW"/>
              </w:rPr>
              <w:t>生日</w:t>
            </w:r>
          </w:p>
        </w:tc>
        <w:tc>
          <w:tcPr>
            <w:tcW w:w="3866" w:type="dxa"/>
            <w:gridSpan w:val="3"/>
            <w:vAlign w:val="center"/>
          </w:tcPr>
          <w:p w14:paraId="6D052537" w14:textId="77777777" w:rsidR="00522238" w:rsidRPr="00522238" w:rsidRDefault="00522238" w:rsidP="00522238">
            <w:pPr>
              <w:widowControl w:val="0"/>
              <w:spacing w:after="0" w:line="440" w:lineRule="exact"/>
              <w:ind w:firstLineChars="50" w:firstLine="12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522238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 xml:space="preserve">　　 年　  </w:t>
            </w:r>
            <w:r w:rsidRPr="00522238"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  <w:t xml:space="preserve"> </w:t>
            </w:r>
            <w:r w:rsidRPr="00522238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月　   日</w:t>
            </w:r>
          </w:p>
        </w:tc>
        <w:tc>
          <w:tcPr>
            <w:tcW w:w="1487" w:type="dxa"/>
            <w:vAlign w:val="center"/>
          </w:tcPr>
          <w:p w14:paraId="79719D33" w14:textId="77777777" w:rsidR="00522238" w:rsidRPr="00522238" w:rsidRDefault="00522238" w:rsidP="00522238">
            <w:pPr>
              <w:widowControl w:val="0"/>
              <w:spacing w:after="0" w:line="440" w:lineRule="exact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522238">
              <w:rPr>
                <w:rFonts w:ascii="標楷體" w:eastAsia="標楷體" w:hAnsi="標楷體" w:cs="標楷體" w:hint="eastAsia"/>
                <w:kern w:val="2"/>
                <w:sz w:val="24"/>
                <w:szCs w:val="24"/>
                <w:lang w:eastAsia="zh-TW"/>
              </w:rPr>
              <w:t>性別</w:t>
            </w:r>
          </w:p>
        </w:tc>
        <w:tc>
          <w:tcPr>
            <w:tcW w:w="2153" w:type="dxa"/>
            <w:vAlign w:val="center"/>
          </w:tcPr>
          <w:p w14:paraId="16A89A67" w14:textId="77777777" w:rsidR="00522238" w:rsidRPr="00522238" w:rsidRDefault="00522238" w:rsidP="00522238">
            <w:pPr>
              <w:widowControl w:val="0"/>
              <w:spacing w:after="0" w:line="440" w:lineRule="exact"/>
              <w:ind w:firstLineChars="100" w:firstLine="240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522238">
              <w:rPr>
                <w:rFonts w:ascii="標楷體" w:eastAsia="標楷體" w:hAnsi="標楷體" w:cs="標楷體" w:hint="eastAsia"/>
                <w:kern w:val="2"/>
                <w:sz w:val="24"/>
                <w:szCs w:val="24"/>
                <w:lang w:eastAsia="zh-TW"/>
              </w:rPr>
              <w:t>□男</w:t>
            </w:r>
            <w:r w:rsidRPr="00522238">
              <w:rPr>
                <w:rFonts w:ascii="標楷體" w:eastAsia="標楷體" w:hAnsi="標楷體" w:cs="標楷體"/>
                <w:kern w:val="2"/>
                <w:sz w:val="24"/>
                <w:szCs w:val="24"/>
                <w:lang w:eastAsia="zh-TW"/>
              </w:rPr>
              <w:t xml:space="preserve">   </w:t>
            </w:r>
            <w:r w:rsidRPr="00522238">
              <w:rPr>
                <w:rFonts w:ascii="標楷體" w:eastAsia="標楷體" w:hAnsi="標楷體" w:cs="標楷體" w:hint="eastAsia"/>
                <w:kern w:val="2"/>
                <w:sz w:val="24"/>
                <w:szCs w:val="24"/>
                <w:lang w:eastAsia="zh-TW"/>
              </w:rPr>
              <w:t>□女</w:t>
            </w:r>
          </w:p>
        </w:tc>
      </w:tr>
      <w:tr w:rsidR="00522238" w:rsidRPr="00522238" w14:paraId="44105454" w14:textId="77777777" w:rsidTr="003153B5">
        <w:trPr>
          <w:trHeight w:val="252"/>
        </w:trPr>
        <w:tc>
          <w:tcPr>
            <w:tcW w:w="1473" w:type="dxa"/>
            <w:vAlign w:val="center"/>
          </w:tcPr>
          <w:p w14:paraId="692E7C9C" w14:textId="06AEB470" w:rsidR="00522238" w:rsidRPr="00522238" w:rsidRDefault="00522238" w:rsidP="00522238">
            <w:pPr>
              <w:widowControl w:val="0"/>
              <w:spacing w:after="0" w:line="440" w:lineRule="exact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522238">
              <w:rPr>
                <w:rFonts w:ascii="標楷體" w:eastAsia="標楷體" w:hAnsi="標楷體" w:cs="標楷體" w:hint="eastAsia"/>
                <w:kern w:val="2"/>
                <w:sz w:val="24"/>
                <w:szCs w:val="24"/>
                <w:lang w:eastAsia="zh-TW"/>
              </w:rPr>
              <w:t>緊急聯絡人</w:t>
            </w:r>
          </w:p>
        </w:tc>
        <w:tc>
          <w:tcPr>
            <w:tcW w:w="7507" w:type="dxa"/>
            <w:gridSpan w:val="5"/>
            <w:tcBorders>
              <w:bottom w:val="single" w:sz="4" w:space="0" w:color="auto"/>
            </w:tcBorders>
            <w:vAlign w:val="center"/>
          </w:tcPr>
          <w:p w14:paraId="376F4E01" w14:textId="77777777" w:rsidR="00522238" w:rsidRPr="00522238" w:rsidRDefault="00522238" w:rsidP="00522238">
            <w:pPr>
              <w:widowControl w:val="0"/>
              <w:spacing w:after="0" w:line="440" w:lineRule="exact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522238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姓名：　　　　　關係：　　　　　　電話：</w:t>
            </w:r>
          </w:p>
        </w:tc>
      </w:tr>
      <w:tr w:rsidR="00522238" w:rsidRPr="00522238" w14:paraId="50065103" w14:textId="77777777" w:rsidTr="003153B5">
        <w:trPr>
          <w:trHeight w:val="463"/>
        </w:trPr>
        <w:tc>
          <w:tcPr>
            <w:tcW w:w="1473" w:type="dxa"/>
            <w:vAlign w:val="center"/>
          </w:tcPr>
          <w:p w14:paraId="680E6A2E" w14:textId="4F84C248" w:rsidR="00522238" w:rsidRPr="00522238" w:rsidRDefault="00522238" w:rsidP="008159C7">
            <w:pPr>
              <w:widowControl w:val="0"/>
              <w:spacing w:after="0" w:line="440" w:lineRule="exac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  <w:lang w:eastAsia="zh-TW"/>
              </w:rPr>
            </w:pPr>
            <w:r w:rsidRPr="00522238">
              <w:rPr>
                <w:rFonts w:ascii="標楷體" w:eastAsia="標楷體" w:hAnsi="標楷體" w:cs="標楷體" w:hint="eastAsia"/>
                <w:kern w:val="2"/>
                <w:sz w:val="24"/>
                <w:szCs w:val="24"/>
                <w:lang w:eastAsia="zh-TW"/>
              </w:rPr>
              <w:t>特殊狀況</w:t>
            </w:r>
          </w:p>
        </w:tc>
        <w:tc>
          <w:tcPr>
            <w:tcW w:w="7507" w:type="dxa"/>
            <w:gridSpan w:val="5"/>
            <w:vAlign w:val="center"/>
          </w:tcPr>
          <w:p w14:paraId="0C0C542F" w14:textId="77777777" w:rsidR="00522238" w:rsidRPr="00522238" w:rsidRDefault="00522238" w:rsidP="00522238">
            <w:pPr>
              <w:widowControl w:val="0"/>
              <w:spacing w:after="0" w:line="440" w:lineRule="exact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</w:tr>
    </w:tbl>
    <w:p w14:paraId="29A7ABAB" w14:textId="5797A195" w:rsidR="00176275" w:rsidRDefault="00176275">
      <w:pPr>
        <w:rPr>
          <w:lang w:eastAsia="zh-TW"/>
        </w:rPr>
      </w:pPr>
    </w:p>
    <w:p w14:paraId="3BEFC1A0" w14:textId="2CFBDA03" w:rsidR="00FC39E6" w:rsidRPr="008159C7" w:rsidRDefault="002A3DEF" w:rsidP="008159C7">
      <w:pPr>
        <w:ind w:firstLineChars="250" w:firstLine="800"/>
        <w:rPr>
          <w:rFonts w:ascii="標楷體" w:eastAsia="標楷體" w:hAnsi="標楷體"/>
          <w:sz w:val="32"/>
          <w:szCs w:val="32"/>
          <w:lang w:eastAsia="zh-TW"/>
        </w:rPr>
      </w:pPr>
      <w:r w:rsidRPr="008159C7">
        <w:rPr>
          <w:rFonts w:ascii="標楷體" w:eastAsia="標楷體" w:hAnsi="標楷體"/>
          <w:sz w:val="32"/>
          <w:szCs w:val="32"/>
          <w:lang w:eastAsia="zh-TW"/>
        </w:rPr>
        <w:t>家長簽名</w:t>
      </w:r>
      <w:r w:rsidR="008159C7" w:rsidRPr="008159C7">
        <w:rPr>
          <w:rFonts w:ascii="標楷體" w:eastAsia="標楷體" w:hAnsi="標楷體"/>
          <w:sz w:val="32"/>
          <w:szCs w:val="32"/>
          <w:lang w:eastAsia="zh-TW"/>
        </w:rPr>
        <w:t>：</w:t>
      </w:r>
      <w:r w:rsidRPr="008159C7">
        <w:rPr>
          <w:rFonts w:ascii="標楷體" w:eastAsia="標楷體" w:hAnsi="標楷體"/>
          <w:sz w:val="32"/>
          <w:szCs w:val="32"/>
          <w:lang w:eastAsia="zh-TW"/>
        </w:rPr>
        <w:t xml:space="preserve"> </w:t>
      </w:r>
      <w:r w:rsidR="008159C7">
        <w:rPr>
          <w:rFonts w:ascii="標楷體" w:eastAsia="標楷體" w:hAnsi="標楷體" w:hint="eastAsia"/>
          <w:sz w:val="32"/>
          <w:szCs w:val="32"/>
          <w:lang w:eastAsia="zh-TW"/>
        </w:rPr>
        <w:t xml:space="preserve">                  </w:t>
      </w:r>
      <w:r w:rsidR="009478BE" w:rsidRPr="008159C7">
        <w:rPr>
          <w:rFonts w:ascii="標楷體" w:eastAsia="標楷體" w:hAnsi="標楷體" w:hint="eastAsia"/>
          <w:sz w:val="32"/>
          <w:szCs w:val="32"/>
          <w:lang w:eastAsia="zh-TW"/>
        </w:rPr>
        <w:t>導師簽名</w:t>
      </w:r>
      <w:r w:rsidR="008159C7" w:rsidRPr="008159C7">
        <w:rPr>
          <w:rFonts w:ascii="標楷體" w:eastAsia="標楷體" w:hAnsi="標楷體"/>
          <w:sz w:val="32"/>
          <w:szCs w:val="32"/>
          <w:lang w:eastAsia="zh-TW"/>
        </w:rPr>
        <w:t>：</w:t>
      </w:r>
    </w:p>
    <w:sectPr w:rsidR="00FC39E6" w:rsidRPr="008159C7" w:rsidSect="00FC39E6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30FCF" w14:textId="77777777" w:rsidR="00CE7121" w:rsidRDefault="00CE7121" w:rsidP="00FC39E6">
      <w:pPr>
        <w:spacing w:after="0" w:line="240" w:lineRule="auto"/>
      </w:pPr>
      <w:r>
        <w:separator/>
      </w:r>
    </w:p>
  </w:endnote>
  <w:endnote w:type="continuationSeparator" w:id="0">
    <w:p w14:paraId="511A8F68" w14:textId="77777777" w:rsidR="00CE7121" w:rsidRDefault="00CE7121" w:rsidP="00FC3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華康粗明體(P)">
    <w:panose1 w:val="02020700000000000000"/>
    <w:charset w:val="88"/>
    <w:family w:val="roman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D1DC8" w14:textId="77777777" w:rsidR="00CE7121" w:rsidRDefault="00CE7121" w:rsidP="00FC39E6">
      <w:pPr>
        <w:spacing w:after="0" w:line="240" w:lineRule="auto"/>
      </w:pPr>
      <w:r>
        <w:separator/>
      </w:r>
    </w:p>
  </w:footnote>
  <w:footnote w:type="continuationSeparator" w:id="0">
    <w:p w14:paraId="5383B40B" w14:textId="77777777" w:rsidR="00CE7121" w:rsidRDefault="00CE7121" w:rsidP="00FC3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55546" w14:textId="77777777" w:rsidR="00DA7B0A" w:rsidRPr="003153B5" w:rsidRDefault="00DA7B0A" w:rsidP="00DA7B0A">
    <w:pPr>
      <w:pStyle w:val="1"/>
      <w:jc w:val="center"/>
      <w:rPr>
        <w:rFonts w:ascii="華康粗明體(P)" w:eastAsia="華康粗明體(P)" w:hAnsiTheme="minorHAnsi" w:cstheme="minorBidi" w:hint="eastAsia"/>
        <w:bCs w:val="0"/>
        <w:color w:val="auto"/>
        <w:sz w:val="32"/>
        <w:szCs w:val="32"/>
        <w:lang w:eastAsia="zh-TW"/>
      </w:rPr>
    </w:pPr>
    <w:r w:rsidRPr="003153B5">
      <w:rPr>
        <w:rFonts w:ascii="華康粗明體(P)" w:eastAsia="華康粗明體(P)" w:hAnsiTheme="minorHAnsi" w:cstheme="minorBidi" w:hint="eastAsia"/>
        <w:bCs w:val="0"/>
        <w:color w:val="auto"/>
        <w:sz w:val="32"/>
        <w:szCs w:val="32"/>
        <w:lang w:eastAsia="zh-TW"/>
      </w:rPr>
      <w:t>民富國小115學年</w:t>
    </w:r>
    <w:proofErr w:type="gramStart"/>
    <w:r w:rsidRPr="003153B5">
      <w:rPr>
        <w:rFonts w:ascii="華康粗明體(P)" w:eastAsia="華康粗明體(P)" w:hAnsiTheme="minorHAnsi" w:cstheme="minorBidi" w:hint="eastAsia"/>
        <w:bCs w:val="0"/>
        <w:color w:val="auto"/>
        <w:sz w:val="32"/>
        <w:szCs w:val="32"/>
        <w:lang w:eastAsia="zh-TW"/>
      </w:rPr>
      <w:t>匹克球</w:t>
    </w:r>
    <w:proofErr w:type="gramEnd"/>
    <w:r w:rsidRPr="003153B5">
      <w:rPr>
        <w:rFonts w:ascii="華康粗明體(P)" w:eastAsia="華康粗明體(P)" w:hAnsiTheme="minorHAnsi" w:cstheme="minorBidi" w:hint="eastAsia"/>
        <w:bCs w:val="0"/>
        <w:color w:val="auto"/>
        <w:sz w:val="32"/>
        <w:szCs w:val="32"/>
        <w:lang w:eastAsia="zh-TW"/>
      </w:rPr>
      <w:t>pickleball運動社團招生辦法</w:t>
    </w:r>
  </w:p>
  <w:p w14:paraId="24520791" w14:textId="77777777" w:rsidR="00DA7B0A" w:rsidRDefault="00DA7B0A">
    <w:pPr>
      <w:pStyle w:val="a5"/>
      <w:rPr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7115724">
    <w:abstractNumId w:val="8"/>
  </w:num>
  <w:num w:numId="2" w16cid:durableId="807432688">
    <w:abstractNumId w:val="6"/>
  </w:num>
  <w:num w:numId="3" w16cid:durableId="292029507">
    <w:abstractNumId w:val="5"/>
  </w:num>
  <w:num w:numId="4" w16cid:durableId="1312104245">
    <w:abstractNumId w:val="4"/>
  </w:num>
  <w:num w:numId="5" w16cid:durableId="1885173467">
    <w:abstractNumId w:val="7"/>
  </w:num>
  <w:num w:numId="6" w16cid:durableId="696081485">
    <w:abstractNumId w:val="3"/>
  </w:num>
  <w:num w:numId="7" w16cid:durableId="596911639">
    <w:abstractNumId w:val="2"/>
  </w:num>
  <w:num w:numId="8" w16cid:durableId="1990359605">
    <w:abstractNumId w:val="1"/>
  </w:num>
  <w:num w:numId="9" w16cid:durableId="88235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5AEB"/>
    <w:rsid w:val="0015074B"/>
    <w:rsid w:val="00176275"/>
    <w:rsid w:val="001E363C"/>
    <w:rsid w:val="001E6655"/>
    <w:rsid w:val="0029639D"/>
    <w:rsid w:val="002A3DEF"/>
    <w:rsid w:val="003153B5"/>
    <w:rsid w:val="00326F90"/>
    <w:rsid w:val="00384BD0"/>
    <w:rsid w:val="00417A49"/>
    <w:rsid w:val="00522238"/>
    <w:rsid w:val="00654B50"/>
    <w:rsid w:val="00662069"/>
    <w:rsid w:val="006D69FE"/>
    <w:rsid w:val="008159C7"/>
    <w:rsid w:val="00894A71"/>
    <w:rsid w:val="008A273D"/>
    <w:rsid w:val="009478BE"/>
    <w:rsid w:val="00AA1D8D"/>
    <w:rsid w:val="00AF3095"/>
    <w:rsid w:val="00B47730"/>
    <w:rsid w:val="00C00112"/>
    <w:rsid w:val="00CB0664"/>
    <w:rsid w:val="00CD7733"/>
    <w:rsid w:val="00CE7121"/>
    <w:rsid w:val="00DA7B0A"/>
    <w:rsid w:val="00E34D62"/>
    <w:rsid w:val="00E72775"/>
    <w:rsid w:val="00F20E69"/>
    <w:rsid w:val="00F37A79"/>
    <w:rsid w:val="00FC39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8C6218"/>
  <w14:defaultImageDpi w14:val="300"/>
  <w15:docId w15:val="{F7C3A2E7-6755-4E43-BC72-BE58D93D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9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6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135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1886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296AD3-BFE9-4DFC-A56D-FCF0BCB3D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mfps</cp:lastModifiedBy>
  <cp:revision>2</cp:revision>
  <cp:lastPrinted>2026-08-31T04:39:00Z</cp:lastPrinted>
  <dcterms:created xsi:type="dcterms:W3CDTF">2026-09-14T01:38:00Z</dcterms:created>
  <dcterms:modified xsi:type="dcterms:W3CDTF">2026-09-14T01:38:00Z</dcterms:modified>
  <cp:category/>
</cp:coreProperties>
</file>